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4"/>
        </w:rPr>
        <w:t>民事答辩状</w:t>
      </w:r>
    </w:p>
    <w:p>
      <w:pPr>
        <w:spacing w:after="120"/>
      </w:pPr>
      <w:r>
        <w:t>答辩人：＿＿＿，性别：＿，＿＿＿＿年＿月＿日出生，公民身份号码：＿＿＿＿＿＿＿＿＿＿，住址：＿＿＿＿＿＿＿＿，联系电话：＿＿＿＿＿＿＿。</w:t>
      </w:r>
    </w:p>
    <w:p>
      <w:pPr>
        <w:spacing w:after="120"/>
      </w:pPr>
      <w:r>
        <w:t>被答辩人（原告）：＿＿＿，性别：＿，＿＿＿＿年＿月＿日出生，公民身份号码：＿＿＿＿＿＿＿＿＿＿，住址：＿＿＿＿＿＿＿＿。</w:t>
      </w:r>
    </w:p>
    <w:p>
      <w:pPr>
        <w:spacing w:after="120"/>
        <w:ind w:firstLine="480"/>
      </w:pPr>
      <w:r>
        <w:t>答辩人因＿＿＿＿＿＿（案由）一案〔案号：（20＿＿）＿＿＿＿＿＿号〕，现提出答辩如下：</w:t>
      </w:r>
    </w:p>
    <w:p>
      <w:pPr>
        <w:spacing w:after="120"/>
        <w:ind w:firstLine="480"/>
      </w:pPr>
      <w:r>
        <w:rPr>
          <w:b/>
        </w:rPr>
        <w:t>答辩意见：</w:t>
      </w:r>
    </w:p>
    <w:p>
      <w:pPr>
        <w:spacing w:after="120"/>
        <w:ind w:firstLine="480"/>
      </w:pPr>
      <w:r>
        <w:t>一、关于事实方面：＿＿＿＿＿＿＿＿（针对原告主张的事实，逐项说明与事实不符之处，并指出相应证据）。</w:t>
      </w:r>
    </w:p>
    <w:p>
      <w:pPr>
        <w:spacing w:after="120"/>
        <w:ind w:firstLine="480"/>
      </w:pPr>
      <w:r>
        <w:t>二、关于法律适用方面：＿＿＿＿＿＿＿＿（针对原告的诉讼请求，说明其缺乏事实和法律依据的理由）。</w:t>
      </w:r>
    </w:p>
    <w:p>
      <w:pPr>
        <w:spacing w:after="120"/>
        <w:ind w:firstLine="480"/>
      </w:pPr>
      <w:r>
        <w:t>三、关于原告的各项诉讼请求：＿＿＿＿＿＿＿＿（逐项说明不应得到支持的理由）。</w:t>
      </w:r>
    </w:p>
    <w:p>
      <w:pPr>
        <w:spacing w:after="120"/>
        <w:ind w:firstLine="480"/>
      </w:pPr>
      <w:r>
        <w:t>综上所述，答辩人认为，原告的起诉缺乏事实与法律依据，请求人民法院依法驳回原告的全部诉讼请求。</w:t>
      </w:r>
    </w:p>
    <w:p>
      <w:pPr>
        <w:spacing w:after="120"/>
      </w:pPr>
      <w:r>
        <w:t>此致</w:t>
      </w:r>
    </w:p>
    <w:p>
      <w:pPr>
        <w:spacing w:after="120"/>
        <w:ind w:firstLine="480"/>
      </w:pPr>
      <w:r>
        <w:t>＿＿＿＿＿＿人民法院</w:t>
      </w:r>
    </w:p>
    <w:p>
      <w:pPr>
        <w:spacing w:after="240"/>
      </w:pPr>
      <w:r>
        <w:t>附：1. 本答辩状副本＿份；2. 证据材料＿份。</w:t>
      </w:r>
    </w:p>
    <w:p>
      <w:pPr>
        <w:spacing w:after="120"/>
        <w:jc w:val="right"/>
      </w:pPr>
      <w:r>
        <w:t>答辩人（签名）：＿＿＿＿＿</w:t>
      </w:r>
    </w:p>
    <w:p>
      <w:pPr>
        <w:spacing w:after="120"/>
        <w:jc w:val="right"/>
      </w:pPr>
      <w:r>
        <w:t>＿＿＿＿年＿月＿日</w:t>
      </w:r>
    </w:p>
    <w:sectPr w:rsidR="00FC693F" w:rsidRPr="0006063C" w:rsidSect="00034616">
      <w:pgSz w:w="11906" w:h="16838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SimSun" w:hAnsi="SimSun" w:eastAsia="SimSun" w:cs="SimSu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240"/>
      <w:outlineLvl w:val="0"/>
    </w:pPr>
    <w:rPr>
      <w:rFonts w:asciiTheme="majorHAnsi" w:ascii="SimHei" w:hAnsi="SimHei" w:eastAsia="SimHei" w:cs="Sim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80"/>
      <w:outlineLvl w:val="1"/>
    </w:pPr>
    <w:rPr>
      <w:rFonts w:asciiTheme="majorHAnsi" w:ascii="SimHei" w:hAnsi="SimHei" w:eastAsia="SimHei" w:cs="Sim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20"/>
      <w:outlineLvl w:val="2"/>
    </w:pPr>
    <w:rPr>
      <w:rFonts w:asciiTheme="majorHAnsi" w:ascii="SimHei" w:hAnsi="SimHei" w:eastAsia="SimHei" w:cs="SimHei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20" w:after="120"/>
      <w:outlineLvl w:val="3"/>
    </w:pPr>
    <w:rPr>
      <w:rFonts w:asciiTheme="majorHAnsi" w:ascii="SimHei" w:hAnsi="SimHei" w:eastAsia="SimHei" w:cs="SimHe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120" w:after="60"/>
      <w:outlineLvl w:val="4"/>
    </w:pPr>
    <w:rPr>
      <w:rFonts w:asciiTheme="majorHAnsi" w:ascii="SimHei" w:hAnsi="SimHei" w:eastAsia="SimHei" w:cs="SimHei"/>
      <w:b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120" w:after="60"/>
      <w:outlineLvl w:val="5"/>
    </w:pPr>
    <w:rPr>
      <w:rFonts w:asciiTheme="majorHAnsi" w:ascii="SimHei" w:hAnsi="SimHei" w:eastAsia="SimHei" w:cs="SimHei"/>
      <w:b/>
      <w:i/>
      <w:iCs/>
      <w:color w:val="000000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  <w:jc w:val="center"/>
    </w:pPr>
    <w:rPr>
      <w:rFonts w:asciiTheme="majorHAnsi" w:ascii="SimHei" w:hAnsi="SimHei" w:eastAsia="SimHei" w:cs="SimHei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