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4"/>
        </w:rPr>
        <w:t>工伤认定申请书</w:t>
      </w:r>
    </w:p>
    <w:p>
      <w:pPr>
        <w:spacing w:after="120"/>
      </w:pPr>
      <w:r>
        <w:t>申请人：＿＿＿，性别：＿，＿＿＿＿年＿月＿日出生，公民身份号码：＿＿＿＿＿＿＿＿＿＿，住址：＿＿＿＿＿＿＿＿，联系电话：＿＿＿＿＿＿＿。</w:t>
      </w:r>
    </w:p>
    <w:p>
      <w:pPr>
        <w:spacing w:after="120"/>
      </w:pPr>
      <w:r>
        <w:t>工作单位：＿＿＿＿＿＿＿＿（单位地址：＿＿＿＿＿＿＿＿；法定代表人/负责人：＿＿＿；联系电话：＿＿＿＿＿＿＿）。</w:t>
      </w:r>
    </w:p>
    <w:p>
      <w:pPr>
        <w:spacing w:after="120"/>
        <w:ind w:firstLine="480"/>
      </w:pPr>
      <w:r>
        <w:rPr>
          <w:b/>
        </w:rPr>
        <w:t>申请事项：</w:t>
      </w:r>
    </w:p>
    <w:p>
      <w:pPr>
        <w:spacing w:after="120"/>
        <w:ind w:firstLine="480"/>
      </w:pPr>
      <w:r>
        <w:t>请求依法认定申请人于＿＿＿＿年＿月＿日所受伤害为工伤。</w:t>
      </w:r>
    </w:p>
    <w:p>
      <w:pPr>
        <w:spacing w:after="120"/>
        <w:ind w:firstLine="480"/>
      </w:pPr>
      <w:r>
        <w:rPr>
          <w:b/>
        </w:rPr>
        <w:t>事实与理由：</w:t>
      </w:r>
    </w:p>
    <w:p>
      <w:pPr>
        <w:spacing w:after="120"/>
        <w:ind w:firstLine="480"/>
      </w:pPr>
      <w:r>
        <w:t>申请人于＿＿＿＿年＿月＿日起在＿＿＿＿＿＿（单位）工作，从事＿＿＿岗位，双方存在劳动关系（劳动合同期限：＿＿＿＿年＿月＿日至＿＿＿＿年＿月＿日）。</w:t>
      </w:r>
    </w:p>
    <w:p>
      <w:pPr>
        <w:spacing w:after="120"/>
        <w:ind w:firstLine="480"/>
      </w:pPr>
      <w:r>
        <w:t>＿＿＿＿年＿月＿日＿时左右，申请人在＿＿＿＿＿＿（地点）从事＿＿＿＿（工作内容）时，因＿＿＿＿＿＿原因受到事故伤害，随即被送往＿＿＿＿＿＿医院治疗，经诊断为：＿＿＿＿＿＿＿＿。</w:t>
      </w:r>
    </w:p>
    <w:p>
      <w:pPr>
        <w:spacing w:after="120"/>
        <w:ind w:firstLine="480"/>
      </w:pPr>
      <w:r>
        <w:t>申请人所受伤害系在工作时间和工作场所内，因工作原因受到事故伤害，依据《工伤保险条例》第十四条第（一）项之规定，应当认定为工伤。</w:t>
      </w:r>
    </w:p>
    <w:p>
      <w:pPr>
        <w:spacing w:after="120"/>
      </w:pPr>
      <w:r>
        <w:t>此致</w:t>
      </w:r>
    </w:p>
    <w:p>
      <w:pPr>
        <w:spacing w:after="120"/>
        <w:ind w:firstLine="480"/>
      </w:pPr>
      <w:r>
        <w:t>＿＿＿＿＿＿市（县、区）人力资源和社会保障局</w:t>
      </w:r>
    </w:p>
    <w:p>
      <w:pPr>
        <w:spacing w:after="240"/>
      </w:pPr>
      <w:r>
        <w:t>附件：1. 劳动合同或劳动关系证明材料；2. 医疗诊断证明；3. 事故经过相关证明材料；4. 申请人身份证明。</w:t>
      </w:r>
    </w:p>
    <w:p>
      <w:pPr>
        <w:spacing w:after="120"/>
        <w:jc w:val="right"/>
      </w:pPr>
      <w:r>
        <w:t>申请人（签名）：＿＿＿＿＿</w:t>
      </w:r>
    </w:p>
    <w:p>
      <w:pPr>
        <w:spacing w:after="120"/>
        <w:jc w:val="right"/>
      </w:pPr>
      <w:r>
        <w:t>＿＿＿＿年＿月＿日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imSun" w:hAnsi="SimSun" w:eastAsia="SimSun" w:cs="SimSu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ascii="SimHei" w:hAnsi="SimHei" w:eastAsia="SimHei" w:cs="Sim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ascii="SimHei" w:hAnsi="SimHei" w:eastAsia="SimHei" w:cs="SimHei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120"/>
      <w:outlineLvl w:val="3"/>
    </w:pPr>
    <w:rPr>
      <w:rFonts w:asciiTheme="majorHAnsi" w:ascii="SimHei" w:hAnsi="SimHei" w:eastAsia="SimHei" w:cs="SimHe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20" w:after="60"/>
      <w:outlineLvl w:val="4"/>
    </w:pPr>
    <w:rPr>
      <w:rFonts w:asciiTheme="majorHAnsi" w:ascii="SimHei" w:hAnsi="SimHei" w:eastAsia="SimHei" w:cs="SimHei"/>
      <w:b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20" w:after="60"/>
      <w:outlineLvl w:val="5"/>
    </w:pPr>
    <w:rPr>
      <w:rFonts w:asciiTheme="majorHAnsi" w:ascii="SimHei" w:hAnsi="SimHei" w:eastAsia="SimHei" w:cs="SimHei"/>
      <w:b/>
      <w:i/>
      <w:iCs/>
      <w:color w:val="00000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Theme="majorHAnsi" w:ascii="SimHei" w:hAnsi="SimHei" w:eastAsia="SimHei" w:cs="Sim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