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仿宋" w:hAnsi="仿宋" w:eastAsia="仿宋"/>
          <w:b/>
          <w:sz w:val="36"/>
        </w:rPr>
        <w:t>借　条</w:t>
      </w:r>
    </w:p>
    <w:p/>
    <w:p>
      <w:pPr>
        <w:spacing w:line="360" w:lineRule="auto"/>
      </w:pPr>
      <w:r>
        <w:rPr>
          <w:rFonts w:ascii="仿宋" w:hAnsi="仿宋" w:eastAsia="仿宋"/>
          <w:b/>
          <w:sz w:val="26"/>
        </w:rPr>
        <w:t>借款人信息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借款人：____________　身份证号：____________________________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出借人：____________　身份证号：____________________________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借款内容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借款人因____________________需要，向出借人借款人民币：________________元整（大写：____万____仟____佰____拾____元整）。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借款期限：自____年__月__日起至____年__月__日止。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利息约定：□无息　□按____%/年计算。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还款承诺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借款人承诺于____年__月__日前一次性全额归还本息。逾期未还，自逾期之日起按____%/年支付违约金。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支付方式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出借人通过：□银行转账　□微信　□支付宝　□现金　向借款人支付上述借款（账号：____________）。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签署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借款人（签名并按手印）：____________　日期：____年__月__日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出借人（签名）：____________　　　　日期：____年__月__日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（本借条一式两份，双方各执一份，与转账凭证共同使用）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