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4"/>
        </w:rPr>
        <w:t>民事起诉状（离婚）</w:t>
      </w:r>
    </w:p>
    <w:p>
      <w:pPr>
        <w:spacing w:after="120"/>
      </w:pPr>
      <w:r>
        <w:t>原告：＿＿＿，性别：＿，＿＿＿＿年＿月＿日出生，公民身份号码：＿＿＿＿＿＿＿＿＿＿，住址：＿＿＿＿＿＿＿＿，联系电话：＿＿＿＿＿＿＿。</w:t>
      </w:r>
    </w:p>
    <w:p>
      <w:pPr>
        <w:spacing w:after="120"/>
      </w:pPr>
      <w:r>
        <w:t>被告：＿＿＿，性别：＿，＿＿＿＿年＿月＿日出生，公民身份号码：＿＿＿＿＿＿＿＿＿＿，住址：＿＿＿＿＿＿＿＿。</w:t>
      </w:r>
    </w:p>
    <w:p>
      <w:pPr>
        <w:spacing w:after="120"/>
        <w:ind w:firstLine="480"/>
      </w:pPr>
      <w:r>
        <w:rPr>
          <w:b/>
        </w:rPr>
        <w:t>诉讼请求：</w:t>
      </w:r>
    </w:p>
    <w:p>
      <w:pPr>
        <w:spacing w:after="120"/>
        <w:ind w:firstLine="480"/>
      </w:pPr>
      <w:r>
        <w:t>一、判决准予原告与被告离婚；</w:t>
      </w:r>
    </w:p>
    <w:p>
      <w:pPr>
        <w:spacing w:after="120"/>
        <w:ind w:firstLine="480"/>
      </w:pPr>
      <w:r>
        <w:t>二、婚生子/女＿＿＿（＿＿＿＿年＿月＿日出生）由原告抚养，被告每月支付抚养费人民币＿＿＿元，至其年满十八周岁止；</w:t>
      </w:r>
    </w:p>
    <w:p>
      <w:pPr>
        <w:spacing w:after="120"/>
        <w:ind w:firstLine="480"/>
      </w:pPr>
      <w:r>
        <w:t>三、依法分割夫妻共同财产（详见财产清单）；</w:t>
      </w:r>
    </w:p>
    <w:p>
      <w:pPr>
        <w:spacing w:after="120"/>
        <w:ind w:firstLine="480"/>
      </w:pPr>
      <w:r>
        <w:t>四、本案诉讼费用由被告承担。</w:t>
      </w:r>
    </w:p>
    <w:p>
      <w:pPr>
        <w:spacing w:after="120"/>
        <w:ind w:firstLine="480"/>
      </w:pPr>
      <w:r>
        <w:rPr>
          <w:b/>
        </w:rPr>
        <w:t>事实与理由：</w:t>
      </w:r>
    </w:p>
    <w:p>
      <w:pPr>
        <w:spacing w:after="120"/>
        <w:ind w:firstLine="480"/>
      </w:pPr>
      <w:r>
        <w:t>原告与被告于＿＿＿＿年＿月＿日相识，＿＿＿＿年＿月＿日登记结婚，＿＿＿＿年＿月＿日生育一子/女＿＿＿。</w:t>
      </w:r>
    </w:p>
    <w:p>
      <w:pPr>
        <w:spacing w:after="120"/>
        <w:ind w:firstLine="480"/>
      </w:pPr>
      <w:r>
        <w:t>婚后双方因＿＿＿＿＿＿（性格不合/家庭矛盾/对方存在相应过错行为等）导致夫妻感情逐渐破裂，已无和好可能。具体如下：＿＿＿＿＿＿＿＿（分居时间、矛盾经过、调解情况等）。</w:t>
      </w:r>
    </w:p>
    <w:p>
      <w:pPr>
        <w:spacing w:after="120"/>
        <w:ind w:firstLine="480"/>
      </w:pPr>
      <w:r>
        <w:t>综上，原、被告夫妻感情确已破裂，依据《中华人民共和国民法典》第一千零七十九条之规定，请求依法判决准予离婚。</w:t>
      </w:r>
    </w:p>
    <w:p>
      <w:pPr>
        <w:spacing w:after="120"/>
      </w:pPr>
      <w:r>
        <w:t>此致</w:t>
      </w:r>
    </w:p>
    <w:p>
      <w:pPr>
        <w:spacing w:after="120"/>
        <w:ind w:firstLine="480"/>
      </w:pPr>
      <w:r>
        <w:t>＿＿＿＿＿＿人民法院</w:t>
      </w:r>
    </w:p>
    <w:p>
      <w:pPr>
        <w:spacing w:after="240"/>
      </w:pPr>
      <w:r>
        <w:t>附：1. 本起诉状副本＿份；2. 结婚证复印件；3. 身份证明；4. 财产清单及相关证据。</w:t>
      </w:r>
    </w:p>
    <w:p>
      <w:pPr>
        <w:spacing w:after="120"/>
        <w:jc w:val="right"/>
      </w:pPr>
      <w:r>
        <w:t>具状人（签名）：＿＿＿＿＿</w:t>
      </w:r>
    </w:p>
    <w:p>
      <w:pPr>
        <w:spacing w:after="120"/>
        <w:jc w:val="right"/>
      </w:pPr>
      <w:r>
        <w:t>＿＿＿＿年＿月＿日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imSun" w:hAnsi="SimSun" w:eastAsia="SimSun" w:cs="SimSu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/>
      <w:outlineLvl w:val="0"/>
    </w:pPr>
    <w:rPr>
      <w:rFonts w:asciiTheme="majorHAnsi" w:ascii="SimHei" w:hAnsi="SimHei" w:eastAsia="SimHei" w:cs="Sim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ascii="SimHei" w:hAnsi="SimHei" w:eastAsia="SimHei" w:cs="Sim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ascii="SimHei" w:hAnsi="SimHei" w:eastAsia="SimHei" w:cs="SimHei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120"/>
      <w:outlineLvl w:val="3"/>
    </w:pPr>
    <w:rPr>
      <w:rFonts w:asciiTheme="majorHAnsi" w:ascii="SimHei" w:hAnsi="SimHei" w:eastAsia="SimHei" w:cs="SimHe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20" w:after="60"/>
      <w:outlineLvl w:val="4"/>
    </w:pPr>
    <w:rPr>
      <w:rFonts w:asciiTheme="majorHAnsi" w:ascii="SimHei" w:hAnsi="SimHei" w:eastAsia="SimHei" w:cs="SimHei"/>
      <w:b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20" w:after="60"/>
      <w:outlineLvl w:val="5"/>
    </w:pPr>
    <w:rPr>
      <w:rFonts w:asciiTheme="majorHAnsi" w:ascii="SimHei" w:hAnsi="SimHei" w:eastAsia="SimHei" w:cs="SimHei"/>
      <w:b/>
      <w:i/>
      <w:iCs/>
      <w:color w:val="00000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Theme="majorHAnsi" w:ascii="SimHei" w:hAnsi="SimHei" w:eastAsia="SimHei" w:cs="SimHe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