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仿宋" w:hAnsi="仿宋" w:eastAsia="仿宋"/>
          <w:b/>
          <w:sz w:val="36"/>
        </w:rPr>
        <w:t>授权委托书</w:t>
      </w:r>
    </w:p>
    <w:p/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委托人：______，性别__，身份证号：____________，住址：____________________，联系电话：____________。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受托人：______，性别__，身份证号：____________，住址：____________________，联系电话：____________。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委托事项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现委托受托人为委托人处理下列事项：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一、____________；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二、____________；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委托权限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在办理上述事项过程中，受托人有权代为______（如：代为签署文件、代为协商、代收代交材料），其签署行为与委托人本人签名具有同等法律效力。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□特别授权：受托人有权代为承认、放弃、变更诉讼请求，进行和解，代收法律文书。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委托期限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自____年__月__日起至____年__月__日止。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签署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委托人（签名）：____________　　受托人（签名）：____________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日期：____年__月__日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