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4"/>
        </w:rPr>
        <w:t>证据清单</w:t>
      </w:r>
    </w:p>
    <w:p>
      <w:pPr>
        <w:spacing w:after="120"/>
      </w:pPr>
      <w:r>
        <w:t>案号：（20＿＿）＿＿＿＿＿＿＿＿号</w:t>
      </w:r>
    </w:p>
    <w:p>
      <w:pPr>
        <w:spacing w:after="120"/>
      </w:pPr>
      <w:r>
        <w:t>案由：＿＿＿＿＿＿＿＿</w:t>
      </w:r>
    </w:p>
    <w:p>
      <w:pPr>
        <w:spacing w:after="120"/>
      </w:pPr>
      <w:r>
        <w:t>提交人（当事人）：＿＿＿＿＿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83"/>
        <w:gridCol w:w="1383"/>
        <w:gridCol w:w="1383"/>
        <w:gridCol w:w="1383"/>
        <w:gridCol w:w="1383"/>
        <w:gridCol w:w="1383"/>
      </w:tblGrid>
      <w:tr>
        <w:tc>
          <w:tcPr>
            <w:tcW w:type="dxa" w:w="1440"/>
            <w:shd w:fill="D5E8F0" w:val="clea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SimSun" w:hAnsi="SimSun" w:eastAsia="SimSun" w:cs="SimSun"/>
                <w:b w:val="0"/>
                <w:i w:val="0"/>
                <w:sz w:val="22"/>
              </w:rPr>
              <w:t>序号</w:t>
            </w:r>
          </w:p>
        </w:tc>
        <w:tc>
          <w:tcPr>
            <w:tcW w:type="dxa" w:w="3744"/>
            <w:shd w:fill="D5E8F0" w:val="clea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SimSun" w:hAnsi="SimSun" w:eastAsia="SimSun" w:cs="SimSun"/>
                <w:b w:val="0"/>
                <w:i w:val="0"/>
                <w:sz w:val="22"/>
              </w:rPr>
              <w:t>证据名称</w:t>
            </w:r>
          </w:p>
        </w:tc>
        <w:tc>
          <w:tcPr>
            <w:tcW w:type="dxa" w:w="3168"/>
            <w:shd w:fill="D5E8F0" w:val="clea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SimSun" w:hAnsi="SimSun" w:eastAsia="SimSun" w:cs="SimSun"/>
                <w:b w:val="0"/>
                <w:i w:val="0"/>
                <w:sz w:val="22"/>
              </w:rPr>
              <w:t>证据来源</w:t>
            </w:r>
          </w:p>
        </w:tc>
        <w:tc>
          <w:tcPr>
            <w:tcW w:type="dxa" w:w="5184"/>
            <w:shd w:fill="D5E8F0" w:val="clea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SimSun" w:hAnsi="SimSun" w:eastAsia="SimSun" w:cs="SimSun"/>
                <w:b w:val="0"/>
                <w:i w:val="0"/>
                <w:sz w:val="22"/>
              </w:rPr>
              <w:t>证明目的</w:t>
            </w:r>
          </w:p>
        </w:tc>
        <w:tc>
          <w:tcPr>
            <w:tcW w:type="dxa" w:w="1728"/>
            <w:shd w:fill="D5E8F0" w:val="clea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SimSun" w:hAnsi="SimSun" w:eastAsia="SimSun" w:cs="SimSun"/>
                <w:b w:val="0"/>
                <w:i w:val="0"/>
                <w:sz w:val="22"/>
              </w:rPr>
              <w:t>页数</w:t>
            </w:r>
          </w:p>
        </w:tc>
        <w:tc>
          <w:tcPr>
            <w:tcW w:type="dxa" w:w="2304"/>
            <w:shd w:fill="D5E8F0" w:val="clea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SimSun" w:hAnsi="SimSun" w:eastAsia="SimSun" w:cs="SimSun"/>
                <w:b w:val="0"/>
                <w:i w:val="0"/>
                <w:sz w:val="22"/>
              </w:rPr>
              <w:t>原件/复印件</w:t>
            </w:r>
          </w:p>
        </w:tc>
      </w:tr>
      <w:tr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SimSun" w:hAnsi="SimSun" w:eastAsia="SimSun" w:cs="SimSun"/>
                <w:b w:val="0"/>
                <w:i w:val="0"/>
                <w:sz w:val="22"/>
              </w:rPr>
              <w:t>1</w:t>
            </w:r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SimSun" w:hAnsi="SimSun" w:eastAsia="SimSun" w:cs="SimSun"/>
                <w:b w:val="0"/>
                <w:i w:val="0"/>
                <w:sz w:val="22"/>
              </w:rPr>
              <w:t>2</w:t>
            </w:r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SimSun" w:hAnsi="SimSun" w:eastAsia="SimSun" w:cs="SimSun"/>
                <w:b w:val="0"/>
                <w:i w:val="0"/>
                <w:sz w:val="22"/>
              </w:rPr>
              <w:t>3</w:t>
            </w:r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SimSun" w:hAnsi="SimSun" w:eastAsia="SimSun" w:cs="SimSun"/>
                <w:b w:val="0"/>
                <w:i w:val="0"/>
                <w:sz w:val="22"/>
              </w:rPr>
              <w:t>4</w:t>
            </w:r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SimSun" w:hAnsi="SimSun" w:eastAsia="SimSun" w:cs="SimSun"/>
                <w:b w:val="0"/>
                <w:i w:val="0"/>
                <w:sz w:val="22"/>
              </w:rPr>
              <w:t>5</w:t>
            </w:r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SimSun" w:hAnsi="SimSun" w:eastAsia="SimSun" w:cs="SimSun"/>
                <w:b w:val="0"/>
                <w:i w:val="0"/>
                <w:sz w:val="22"/>
              </w:rPr>
              <w:t>6</w:t>
            </w:r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38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</w:tr>
    </w:tbl>
    <w:p/>
    <w:p>
      <w:pPr>
        <w:spacing w:after="240"/>
      </w:pPr>
      <w:r>
        <w:t>说明：以上证据材料共＿份＿页，随本清单一并提交，请予核对接收。</w:t>
      </w:r>
    </w:p>
    <w:p>
      <w:pPr>
        <w:spacing w:after="120"/>
        <w:jc w:val="right"/>
      </w:pPr>
      <w:r>
        <w:t>提交人（签名）：＿＿＿＿＿</w:t>
      </w:r>
    </w:p>
    <w:p>
      <w:pPr>
        <w:spacing w:after="120"/>
        <w:jc w:val="right"/>
      </w:pPr>
      <w:r>
        <w:t>＿＿＿＿年＿月＿日</w:t>
      </w:r>
    </w:p>
    <w:sectPr w:rsidR="00FC693F" w:rsidRPr="0006063C" w:rsidSect="00034616"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SimSun" w:hAnsi="SimSun" w:eastAsia="SimSun" w:cs="SimSu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240"/>
      <w:outlineLvl w:val="0"/>
    </w:pPr>
    <w:rPr>
      <w:rFonts w:asciiTheme="majorHAnsi" w:ascii="SimHei" w:hAnsi="SimHei" w:eastAsia="SimHei" w:cs="Sim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80"/>
      <w:outlineLvl w:val="1"/>
    </w:pPr>
    <w:rPr>
      <w:rFonts w:asciiTheme="majorHAnsi" w:ascii="SimHei" w:hAnsi="SimHei" w:eastAsia="SimHei" w:cs="Sim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20"/>
      <w:outlineLvl w:val="2"/>
    </w:pPr>
    <w:rPr>
      <w:rFonts w:asciiTheme="majorHAnsi" w:ascii="SimHei" w:hAnsi="SimHei" w:eastAsia="SimHei" w:cs="SimHei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20" w:after="120"/>
      <w:outlineLvl w:val="3"/>
    </w:pPr>
    <w:rPr>
      <w:rFonts w:asciiTheme="majorHAnsi" w:ascii="SimHei" w:hAnsi="SimHei" w:eastAsia="SimHei" w:cs="SimHe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120" w:after="60"/>
      <w:outlineLvl w:val="4"/>
    </w:pPr>
    <w:rPr>
      <w:rFonts w:asciiTheme="majorHAnsi" w:ascii="SimHei" w:hAnsi="SimHei" w:eastAsia="SimHei" w:cs="SimHei"/>
      <w:b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120" w:after="60"/>
      <w:outlineLvl w:val="5"/>
    </w:pPr>
    <w:rPr>
      <w:rFonts w:asciiTheme="majorHAnsi" w:ascii="SimHei" w:hAnsi="SimHei" w:eastAsia="SimHei" w:cs="SimHei"/>
      <w:b/>
      <w:i/>
      <w:iCs/>
      <w:color w:val="000000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  <w:jc w:val="center"/>
    </w:pPr>
    <w:rPr>
      <w:rFonts w:asciiTheme="majorHAnsi" w:ascii="SimHei" w:hAnsi="SimHei" w:eastAsia="SimHei" w:cs="SimHei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