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4"/>
        </w:rPr>
        <w:t>强制执行申请书</w:t>
      </w:r>
    </w:p>
    <w:p>
      <w:pPr>
        <w:spacing w:after="120"/>
      </w:pPr>
      <w:r>
        <w:t>申请执行人：＿＿＿，性别：＿，＿＿＿＿年＿月＿日出生，公民身份号码：＿＿＿＿＿＿＿＿＿＿，住址：＿＿＿＿＿＿＿＿，联系电话：＿＿＿＿＿＿＿。</w:t>
      </w:r>
    </w:p>
    <w:p>
      <w:pPr>
        <w:spacing w:after="120"/>
      </w:pPr>
      <w:r>
        <w:t>被执行人：＿＿＿，性别：＿，＿＿＿＿年＿月＿日出生，公民身份号码：＿＿＿＿＿＿＿＿＿＿，住址：＿＿＿＿＿＿＿＿。</w:t>
      </w:r>
    </w:p>
    <w:p>
      <w:pPr>
        <w:spacing w:after="120"/>
        <w:ind w:firstLine="480"/>
      </w:pPr>
      <w:r>
        <w:rPr>
          <w:b/>
        </w:rPr>
        <w:t>申请执行依据：</w:t>
      </w:r>
    </w:p>
    <w:p>
      <w:pPr>
        <w:spacing w:after="120"/>
        <w:ind w:firstLine="480"/>
      </w:pPr>
      <w:r>
        <w:t>＿＿＿＿＿＿人民法院（20＿＿）＿＿＿＿＿＿号民事判决书/民事调解书/仲裁裁决书，已于＿＿＿＿年＿月＿日发生法律效力。</w:t>
      </w:r>
    </w:p>
    <w:p>
      <w:pPr>
        <w:spacing w:after="120"/>
        <w:ind w:firstLine="480"/>
      </w:pPr>
      <w:r>
        <w:rPr>
          <w:b/>
        </w:rPr>
        <w:t>申请执行事项：</w:t>
      </w:r>
    </w:p>
    <w:p>
      <w:pPr>
        <w:spacing w:after="120"/>
        <w:ind w:firstLine="480"/>
      </w:pPr>
      <w:r>
        <w:t>一、请求强制执行被执行人向申请执行人支付款项人民币＿＿＿＿元（其中本金＿＿＿元、利息＿＿＿元、案件受理费＿＿＿元）；</w:t>
      </w:r>
    </w:p>
    <w:p>
      <w:pPr>
        <w:spacing w:after="120"/>
        <w:ind w:firstLine="480"/>
      </w:pPr>
      <w:r>
        <w:t>二、被执行人支付迟延履行期间的加倍债务利息；</w:t>
      </w:r>
    </w:p>
    <w:p>
      <w:pPr>
        <w:spacing w:after="120"/>
        <w:ind w:firstLine="480"/>
      </w:pPr>
      <w:r>
        <w:t>三、本案执行费用由被执行人承担。</w:t>
      </w:r>
    </w:p>
    <w:p>
      <w:pPr>
        <w:spacing w:after="120"/>
        <w:ind w:firstLine="480"/>
      </w:pPr>
      <w:r>
        <w:rPr>
          <w:b/>
        </w:rPr>
        <w:t>事实与理由：</w:t>
      </w:r>
    </w:p>
    <w:p>
      <w:pPr>
        <w:spacing w:after="120"/>
        <w:ind w:firstLine="480"/>
      </w:pPr>
      <w:r>
        <w:t>＿＿＿＿＿＿＿＿（简述生效法律文书确定的义务、履行期限及被执行人至今未履行的情况）。</w:t>
      </w:r>
    </w:p>
    <w:p>
      <w:pPr>
        <w:spacing w:after="120"/>
        <w:ind w:firstLine="480"/>
      </w:pPr>
      <w:r>
        <w:t>被执行人在生效法律文书确定的履行期限届满后，至今未履行义务。为维护申请执行人的合法权益，依据《中华人民共和国民事诉讼法》相关规定，特申请强制执行。</w:t>
      </w:r>
    </w:p>
    <w:p>
      <w:pPr>
        <w:spacing w:after="120"/>
      </w:pPr>
      <w:r>
        <w:t>此致</w:t>
      </w:r>
    </w:p>
    <w:p>
      <w:pPr>
        <w:spacing w:after="120"/>
        <w:ind w:firstLine="480"/>
      </w:pPr>
      <w:r>
        <w:t>＿＿＿＿＿＿人民法院</w:t>
      </w:r>
    </w:p>
    <w:p>
      <w:pPr>
        <w:spacing w:after="240"/>
      </w:pPr>
      <w:r>
        <w:t>附：1. 生效法律文书复印件＿份；2. 申请执行人身份证明；3. 其他材料＿份。</w:t>
      </w:r>
    </w:p>
    <w:p>
      <w:pPr>
        <w:spacing w:after="120"/>
        <w:jc w:val="right"/>
      </w:pPr>
      <w:r>
        <w:t>申请执行人（签名）：＿＿＿＿＿</w:t>
      </w:r>
    </w:p>
    <w:p>
      <w:pPr>
        <w:spacing w:after="120"/>
        <w:jc w:val="right"/>
      </w:pPr>
      <w:r>
        <w:t>＿＿＿＿年＿月＿日</w:t>
      </w:r>
    </w:p>
    <w:sectPr w:rsidR="00FC693F" w:rsidRPr="0006063C" w:rsidSect="00034616">
      <w:pgSz w:w="11906" w:h="16838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SimSun" w:hAnsi="SimSun" w:eastAsia="SimSun" w:cs="SimSu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240"/>
      <w:outlineLvl w:val="0"/>
    </w:pPr>
    <w:rPr>
      <w:rFonts w:asciiTheme="majorHAnsi" w:ascii="SimHei" w:hAnsi="SimHei" w:eastAsia="SimHei" w:cs="Sim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80"/>
      <w:outlineLvl w:val="1"/>
    </w:pPr>
    <w:rPr>
      <w:rFonts w:asciiTheme="majorHAnsi" w:ascii="SimHei" w:hAnsi="SimHei" w:eastAsia="SimHei" w:cs="Sim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20"/>
      <w:outlineLvl w:val="2"/>
    </w:pPr>
    <w:rPr>
      <w:rFonts w:asciiTheme="majorHAnsi" w:ascii="SimHei" w:hAnsi="SimHei" w:eastAsia="SimHei" w:cs="SimHei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120" w:after="120"/>
      <w:outlineLvl w:val="3"/>
    </w:pPr>
    <w:rPr>
      <w:rFonts w:asciiTheme="majorHAnsi" w:ascii="SimHei" w:hAnsi="SimHei" w:eastAsia="SimHei" w:cs="SimHei"/>
      <w:b/>
      <w:bCs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120" w:after="60"/>
      <w:outlineLvl w:val="4"/>
    </w:pPr>
    <w:rPr>
      <w:rFonts w:asciiTheme="majorHAnsi" w:ascii="SimHei" w:hAnsi="SimHei" w:eastAsia="SimHei" w:cs="SimHei"/>
      <w:b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120" w:after="60"/>
      <w:outlineLvl w:val="5"/>
    </w:pPr>
    <w:rPr>
      <w:rFonts w:asciiTheme="majorHAnsi" w:ascii="SimHei" w:hAnsi="SimHei" w:eastAsia="SimHei" w:cs="SimHei"/>
      <w:b/>
      <w:i/>
      <w:iCs/>
      <w:color w:val="000000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40"/>
      <w:contextualSpacing/>
      <w:jc w:val="center"/>
    </w:pPr>
    <w:rPr>
      <w:rFonts w:asciiTheme="majorHAnsi" w:ascii="SimHei" w:hAnsi="SimHei" w:eastAsia="SimHei" w:cs="SimHei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